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0FB6" w14:textId="12326BBA" w:rsidR="00206A3E" w:rsidRPr="003302DF" w:rsidRDefault="00AE6180">
      <w:pPr>
        <w:jc w:val="center"/>
        <w:rPr>
          <w:lang w:val="de-CH"/>
        </w:rPr>
      </w:pPr>
      <w:r>
        <w:rPr>
          <w:b/>
          <w:sz w:val="40"/>
          <w:lang w:val="de-CH"/>
        </w:rPr>
        <w:t>Schnuppertraining</w:t>
      </w:r>
    </w:p>
    <w:p w14:paraId="140CA34B" w14:textId="7863FAA4" w:rsidR="00206A3E" w:rsidRPr="003302DF" w:rsidRDefault="00A52802">
      <w:pPr>
        <w:jc w:val="center"/>
        <w:rPr>
          <w:lang w:val="de-CH"/>
        </w:rPr>
      </w:pPr>
      <w:r w:rsidRPr="003302DF">
        <w:rPr>
          <w:i/>
          <w:sz w:val="24"/>
          <w:lang w:val="de-CH"/>
        </w:rPr>
        <w:t xml:space="preserve">Karate kennenlernen • Trainieren • </w:t>
      </w:r>
      <w:r w:rsidR="003302DF" w:rsidRPr="003302DF">
        <w:rPr>
          <w:i/>
          <w:sz w:val="24"/>
          <w:lang w:val="de-CH"/>
        </w:rPr>
        <w:t>begeistert</w:t>
      </w:r>
      <w:r w:rsidRPr="003302DF">
        <w:rPr>
          <w:i/>
          <w:sz w:val="24"/>
          <w:lang w:val="de-CH"/>
        </w:rPr>
        <w:t xml:space="preserve"> werden</w:t>
      </w:r>
    </w:p>
    <w:p w14:paraId="43E1368F" w14:textId="77777777" w:rsidR="00206A3E" w:rsidRPr="003302DF" w:rsidRDefault="00206A3E">
      <w:pPr>
        <w:rPr>
          <w:lang w:val="de-CH"/>
        </w:rPr>
      </w:pPr>
    </w:p>
    <w:p w14:paraId="31F6DC46" w14:textId="77777777" w:rsidR="00206A3E" w:rsidRPr="003302DF" w:rsidRDefault="00A52802">
      <w:pPr>
        <w:jc w:val="center"/>
        <w:rPr>
          <w:lang w:val="de-CH"/>
        </w:rPr>
      </w:pPr>
      <w:r>
        <w:rPr>
          <w:b/>
          <w:sz w:val="30"/>
        </w:rPr>
        <w:t>🥋</w:t>
      </w:r>
      <w:r w:rsidRPr="003302DF">
        <w:rPr>
          <w:b/>
          <w:sz w:val="30"/>
          <w:lang w:val="de-CH"/>
        </w:rPr>
        <w:t xml:space="preserve"> HERZLICH WILLKOMMEN!</w:t>
      </w:r>
    </w:p>
    <w:p w14:paraId="666D387A" w14:textId="26B2B46B" w:rsidR="00206A3E" w:rsidRPr="003302DF" w:rsidRDefault="00A52802">
      <w:pPr>
        <w:jc w:val="center"/>
        <w:rPr>
          <w:lang w:val="de-CH"/>
        </w:rPr>
      </w:pPr>
      <w:r w:rsidRPr="003302DF">
        <w:rPr>
          <w:lang w:val="de-CH"/>
        </w:rPr>
        <w:t xml:space="preserve">Du möchtest Karate ausprobieren? Komm zu unverbindlichen </w:t>
      </w:r>
      <w:r w:rsidR="006333F0">
        <w:rPr>
          <w:lang w:val="de-CH"/>
        </w:rPr>
        <w:t>Schnuppertra</w:t>
      </w:r>
      <w:r w:rsidR="006333F0" w:rsidRPr="003302DF">
        <w:rPr>
          <w:lang w:val="de-CH"/>
        </w:rPr>
        <w:t>inin</w:t>
      </w:r>
      <w:r w:rsidR="006333F0">
        <w:rPr>
          <w:lang w:val="de-CH"/>
        </w:rPr>
        <w:t>g</w:t>
      </w:r>
      <w:r w:rsidRPr="003302DF">
        <w:rPr>
          <w:lang w:val="de-CH"/>
        </w:rPr>
        <w:t xml:space="preserve"> und lerne IKU Karate Swiss kennen.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206A3E" w14:paraId="265393E5" w14:textId="77777777">
        <w:trPr>
          <w:jc w:val="center"/>
        </w:trPr>
        <w:tc>
          <w:tcPr>
            <w:tcW w:w="4986" w:type="dxa"/>
            <w:vAlign w:val="center"/>
          </w:tcPr>
          <w:p w14:paraId="7E3FD7E4" w14:textId="77777777" w:rsidR="00206A3E" w:rsidRDefault="00A52802" w:rsidP="003302DF">
            <w:pPr>
              <w:spacing w:before="240" w:after="240"/>
            </w:pPr>
            <w:proofErr w:type="spellStart"/>
            <w:r>
              <w:rPr>
                <w:b/>
              </w:rPr>
              <w:t>Uhrzeit</w:t>
            </w:r>
            <w:proofErr w:type="spellEnd"/>
          </w:p>
        </w:tc>
        <w:tc>
          <w:tcPr>
            <w:tcW w:w="4986" w:type="dxa"/>
            <w:vAlign w:val="center"/>
          </w:tcPr>
          <w:p w14:paraId="4386E415" w14:textId="77777777" w:rsidR="00206A3E" w:rsidRPr="00A41250" w:rsidRDefault="003302DF" w:rsidP="003302DF">
            <w:pPr>
              <w:spacing w:before="240" w:after="240"/>
              <w:rPr>
                <w:b/>
                <w:bCs/>
              </w:rPr>
            </w:pPr>
            <w:r w:rsidRPr="00A41250">
              <w:rPr>
                <w:b/>
                <w:bCs/>
              </w:rPr>
              <w:t>18.00 – 19.15 Uhr Kids</w:t>
            </w:r>
          </w:p>
          <w:p w14:paraId="724A455A" w14:textId="7CADD5BD" w:rsidR="003302DF" w:rsidRDefault="003302DF" w:rsidP="003302DF">
            <w:pPr>
              <w:spacing w:before="240" w:after="240"/>
            </w:pPr>
            <w:r w:rsidRPr="00A41250">
              <w:rPr>
                <w:b/>
                <w:bCs/>
              </w:rPr>
              <w:t xml:space="preserve">19.30 – 21.00 Uhr </w:t>
            </w:r>
            <w:proofErr w:type="spellStart"/>
            <w:r w:rsidRPr="00A41250">
              <w:rPr>
                <w:b/>
                <w:bCs/>
              </w:rPr>
              <w:t>Erw</w:t>
            </w:r>
            <w:proofErr w:type="spellEnd"/>
            <w:r w:rsidRPr="00A41250">
              <w:rPr>
                <w:b/>
                <w:bCs/>
              </w:rPr>
              <w:t>.</w:t>
            </w:r>
          </w:p>
        </w:tc>
      </w:tr>
      <w:tr w:rsidR="00206A3E" w14:paraId="0F5C2B5C" w14:textId="77777777">
        <w:trPr>
          <w:jc w:val="center"/>
        </w:trPr>
        <w:tc>
          <w:tcPr>
            <w:tcW w:w="4986" w:type="dxa"/>
            <w:vAlign w:val="center"/>
          </w:tcPr>
          <w:p w14:paraId="6F5D77F4" w14:textId="77777777" w:rsidR="00206A3E" w:rsidRDefault="00A52802" w:rsidP="003302DF">
            <w:pPr>
              <w:spacing w:before="240" w:after="240"/>
            </w:pPr>
            <w:r>
              <w:rPr>
                <w:b/>
              </w:rPr>
              <w:t>Ort / Dojo</w:t>
            </w:r>
          </w:p>
        </w:tc>
        <w:tc>
          <w:tcPr>
            <w:tcW w:w="4986" w:type="dxa"/>
            <w:vAlign w:val="center"/>
          </w:tcPr>
          <w:p w14:paraId="6FCFBB95" w14:textId="77777777" w:rsidR="00206A3E" w:rsidRPr="00A41250" w:rsidRDefault="00A52802" w:rsidP="003302DF">
            <w:pPr>
              <w:spacing w:before="240" w:after="240"/>
              <w:rPr>
                <w:b/>
                <w:bCs/>
              </w:rPr>
            </w:pPr>
            <w:r w:rsidRPr="00A41250">
              <w:rPr>
                <w:b/>
                <w:bCs/>
              </w:rPr>
              <w:t>Werkstrasse 11, 6102 Malters</w:t>
            </w:r>
          </w:p>
        </w:tc>
      </w:tr>
      <w:tr w:rsidR="00206A3E" w14:paraId="01861D45" w14:textId="77777777">
        <w:trPr>
          <w:jc w:val="center"/>
        </w:trPr>
        <w:tc>
          <w:tcPr>
            <w:tcW w:w="4986" w:type="dxa"/>
            <w:vAlign w:val="center"/>
          </w:tcPr>
          <w:p w14:paraId="5DF80F02" w14:textId="77777777" w:rsidR="00206A3E" w:rsidRDefault="00A52802" w:rsidP="003302DF">
            <w:pPr>
              <w:spacing w:before="240" w:after="240"/>
            </w:pPr>
            <w:r>
              <w:rPr>
                <w:b/>
              </w:rPr>
              <w:t>Alter / Gruppe</w:t>
            </w:r>
          </w:p>
        </w:tc>
        <w:tc>
          <w:tcPr>
            <w:tcW w:w="4986" w:type="dxa"/>
            <w:vAlign w:val="center"/>
          </w:tcPr>
          <w:p w14:paraId="1064AE79" w14:textId="1B499D99" w:rsidR="00206A3E" w:rsidRPr="00A41250" w:rsidRDefault="00D94AFB" w:rsidP="003302DF">
            <w:pPr>
              <w:spacing w:before="240" w:after="240"/>
              <w:rPr>
                <w:b/>
                <w:bCs/>
              </w:rPr>
            </w:pPr>
            <w:r w:rsidRPr="00A41250">
              <w:rPr>
                <w:b/>
                <w:bCs/>
              </w:rPr>
              <w:t xml:space="preserve">6 – 15 / 16 - </w:t>
            </w:r>
            <w:r w:rsidR="00877FEC" w:rsidRPr="00A41250">
              <w:rPr>
                <w:b/>
                <w:bCs/>
              </w:rPr>
              <w:t>99</w:t>
            </w:r>
          </w:p>
        </w:tc>
      </w:tr>
    </w:tbl>
    <w:p w14:paraId="3E09D384" w14:textId="77777777" w:rsidR="009A789C" w:rsidRDefault="009A789C" w:rsidP="00A41250">
      <w:pPr>
        <w:jc w:val="center"/>
        <w:rPr>
          <w:b/>
        </w:rPr>
      </w:pPr>
    </w:p>
    <w:p w14:paraId="4F2276E7" w14:textId="70491079" w:rsidR="009A789C" w:rsidRPr="009A789C" w:rsidRDefault="009A789C" w:rsidP="00A41250">
      <w:pPr>
        <w:jc w:val="center"/>
        <w:rPr>
          <w:b/>
          <w:sz w:val="44"/>
          <w:szCs w:val="36"/>
        </w:rPr>
      </w:pPr>
      <w:r w:rsidRPr="009A789C">
        <w:rPr>
          <w:b/>
          <w:sz w:val="36"/>
          <w:szCs w:val="36"/>
        </w:rPr>
        <w:t>Trainer Sensai Marcel 3. Dan</w:t>
      </w:r>
    </w:p>
    <w:p w14:paraId="2DA98470" w14:textId="1A5D804E" w:rsidR="00877FEC" w:rsidRPr="00877FEC" w:rsidRDefault="00877FEC" w:rsidP="00A41250">
      <w:pPr>
        <w:jc w:val="center"/>
        <w:rPr>
          <w:b/>
          <w:sz w:val="28"/>
          <w:lang w:val="de-CH"/>
        </w:rPr>
      </w:pPr>
      <w:r w:rsidRPr="00877FEC">
        <w:rPr>
          <w:b/>
          <w:color w:val="EE0000"/>
          <w:sz w:val="28"/>
          <w:lang w:val="de-CH"/>
        </w:rPr>
        <w:t>3-mal Schnuppern das wäre doch was??</w:t>
      </w:r>
    </w:p>
    <w:p w14:paraId="199550C9" w14:textId="33EDA21B" w:rsidR="00206A3E" w:rsidRPr="00877FEC" w:rsidRDefault="00A52802">
      <w:pPr>
        <w:rPr>
          <w:lang w:val="de-CH"/>
        </w:rPr>
      </w:pPr>
      <w:r w:rsidRPr="00877FEC">
        <w:rPr>
          <w:b/>
          <w:sz w:val="28"/>
          <w:lang w:val="de-CH"/>
        </w:rPr>
        <w:t>Was erwartet dich?</w:t>
      </w:r>
    </w:p>
    <w:p w14:paraId="1048DD07" w14:textId="77777777" w:rsidR="00206A3E" w:rsidRPr="003302DF" w:rsidRDefault="00A52802">
      <w:pPr>
        <w:pStyle w:val="Aufzhlungszeichen"/>
        <w:rPr>
          <w:lang w:val="de-CH"/>
        </w:rPr>
      </w:pPr>
      <w:r w:rsidRPr="003302DF">
        <w:rPr>
          <w:lang w:val="de-CH"/>
        </w:rPr>
        <w:t>Einführung in die Grundlagen des Karate</w:t>
      </w:r>
    </w:p>
    <w:p w14:paraId="56541D40" w14:textId="77777777" w:rsidR="00206A3E" w:rsidRDefault="00A52802">
      <w:pPr>
        <w:pStyle w:val="Aufzhlungszeichen"/>
      </w:pPr>
      <w:proofErr w:type="spellStart"/>
      <w:r>
        <w:t>Bewegung</w:t>
      </w:r>
      <w:proofErr w:type="spellEnd"/>
      <w:r>
        <w:t xml:space="preserve">, </w:t>
      </w:r>
      <w:proofErr w:type="spellStart"/>
      <w:r>
        <w:t>Koordination</w:t>
      </w:r>
      <w:proofErr w:type="spellEnd"/>
      <w:r>
        <w:t xml:space="preserve"> und Technik</w:t>
      </w:r>
    </w:p>
    <w:p w14:paraId="73F2F391" w14:textId="77777777" w:rsidR="00206A3E" w:rsidRDefault="00A52802">
      <w:pPr>
        <w:pStyle w:val="Aufzhlungszeichen"/>
      </w:pPr>
      <w:r>
        <w:t>Respekt, Disziplin und Teamgeist</w:t>
      </w:r>
    </w:p>
    <w:p w14:paraId="4A770147" w14:textId="77777777" w:rsidR="00206A3E" w:rsidRDefault="00A52802" w:rsidP="003302DF">
      <w:pPr>
        <w:pStyle w:val="Aufzhlungszeichen"/>
        <w:spacing w:before="240"/>
      </w:pPr>
      <w:r>
        <w:t xml:space="preserve">Training in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motivierenden</w:t>
      </w:r>
      <w:proofErr w:type="spellEnd"/>
      <w:r>
        <w:t xml:space="preserve"> </w:t>
      </w:r>
      <w:proofErr w:type="spellStart"/>
      <w:r>
        <w:t>Atmosphäre</w:t>
      </w:r>
      <w:proofErr w:type="spellEnd"/>
    </w:p>
    <w:p w14:paraId="48D386EE" w14:textId="77777777" w:rsidR="00B20BCA" w:rsidRDefault="00B20BCA" w:rsidP="003302DF">
      <w:pPr>
        <w:pStyle w:val="Aufzhlungszeichen"/>
        <w:spacing w:before="240"/>
      </w:pPr>
    </w:p>
    <w:p w14:paraId="2003C351" w14:textId="77777777" w:rsidR="003302DF" w:rsidRDefault="003302DF" w:rsidP="003302DF">
      <w:pPr>
        <w:pStyle w:val="Aufzhlungszeichen"/>
        <w:numPr>
          <w:ilvl w:val="0"/>
          <w:numId w:val="0"/>
        </w:numPr>
        <w:spacing w:before="480"/>
        <w:ind w:left="360" w:hanging="360"/>
      </w:pPr>
    </w:p>
    <w:p w14:paraId="5278E785" w14:textId="77777777" w:rsidR="00206A3E" w:rsidRPr="003302DF" w:rsidRDefault="00A52802">
      <w:pPr>
        <w:jc w:val="center"/>
        <w:rPr>
          <w:lang w:val="de-CH"/>
        </w:rPr>
      </w:pPr>
      <w:r w:rsidRPr="003302DF">
        <w:rPr>
          <w:b/>
          <w:lang w:val="de-CH"/>
        </w:rPr>
        <w:t>Keine Vorkenntnisse erforderlich – alle sind willkommen!</w:t>
      </w:r>
    </w:p>
    <w:p w14:paraId="304EF544" w14:textId="77777777" w:rsidR="00206A3E" w:rsidRPr="003302DF" w:rsidRDefault="00A52802">
      <w:pPr>
        <w:jc w:val="center"/>
        <w:rPr>
          <w:lang w:val="de-CH"/>
        </w:rPr>
      </w:pPr>
      <w:r w:rsidRPr="003302DF">
        <w:rPr>
          <w:b/>
          <w:sz w:val="28"/>
          <w:lang w:val="de-CH"/>
        </w:rPr>
        <w:t>JETZT ANMELDEN UND KARATE ERLEBEN!</w:t>
      </w:r>
    </w:p>
    <w:sectPr w:rsidR="00206A3E" w:rsidRPr="003302DF" w:rsidSect="00034616">
      <w:headerReference w:type="default" r:id="rId8"/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61E56" w14:textId="77777777" w:rsidR="00A52802" w:rsidRDefault="00A52802" w:rsidP="00B20BCA">
      <w:pPr>
        <w:spacing w:after="0" w:line="240" w:lineRule="auto"/>
      </w:pPr>
      <w:r>
        <w:separator/>
      </w:r>
    </w:p>
  </w:endnote>
  <w:endnote w:type="continuationSeparator" w:id="0">
    <w:p w14:paraId="70152E3E" w14:textId="77777777" w:rsidR="00A52802" w:rsidRDefault="00A52802" w:rsidP="00B20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0FBA8" w14:textId="77777777" w:rsidR="00B20BCA" w:rsidRPr="003302DF" w:rsidRDefault="00B20BCA" w:rsidP="00B20BCA">
    <w:pPr>
      <w:jc w:val="center"/>
      <w:rPr>
        <w:lang w:val="de-CH"/>
      </w:rPr>
    </w:pPr>
    <w:r w:rsidRPr="003302DF">
      <w:rPr>
        <w:lang w:val="de-CH"/>
      </w:rPr>
      <w:t>IKU Karate Swiss</w:t>
    </w:r>
    <w:r w:rsidRPr="003302DF">
      <w:rPr>
        <w:lang w:val="de-CH"/>
      </w:rPr>
      <w:br/>
      <w:t>Werkstrasse 11 • 6102 Malters</w:t>
    </w:r>
    <w:r w:rsidRPr="003302DF">
      <w:rPr>
        <w:lang w:val="de-CH"/>
      </w:rPr>
      <w:br/>
      <w:t>E-Mail: IKU.swiss@gmail.com</w:t>
    </w:r>
    <w:r w:rsidRPr="003302DF">
      <w:rPr>
        <w:lang w:val="de-CH"/>
      </w:rPr>
      <w:br/>
      <w:t>Telefon: 079 414 80 60</w:t>
    </w:r>
    <w:r w:rsidRPr="003302DF">
      <w:rPr>
        <w:lang w:val="de-CH"/>
      </w:rPr>
      <w:br/>
      <w:t>Sensai Marcel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1087F" w14:textId="77777777" w:rsidR="00A52802" w:rsidRDefault="00A52802" w:rsidP="00B20BCA">
      <w:pPr>
        <w:spacing w:after="0" w:line="240" w:lineRule="auto"/>
      </w:pPr>
      <w:r>
        <w:separator/>
      </w:r>
    </w:p>
  </w:footnote>
  <w:footnote w:type="continuationSeparator" w:id="0">
    <w:p w14:paraId="072BB249" w14:textId="77777777" w:rsidR="00A52802" w:rsidRDefault="00A52802" w:rsidP="00B20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D0A3" w14:textId="77777777" w:rsidR="00AE6180" w:rsidRPr="003302DF" w:rsidRDefault="00AE6180" w:rsidP="00AE6180">
    <w:pPr>
      <w:jc w:val="center"/>
      <w:rPr>
        <w:lang w:val="de-CH"/>
      </w:rPr>
    </w:pPr>
    <w:r w:rsidRPr="003302DF">
      <w:rPr>
        <w:b/>
        <w:sz w:val="48"/>
        <w:lang w:val="de-CH"/>
      </w:rPr>
      <w:t>IKU KARATE SWISS</w:t>
    </w:r>
  </w:p>
  <w:p w14:paraId="5D2A4328" w14:textId="77777777" w:rsidR="00AE6180" w:rsidRDefault="00AE618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5945773">
    <w:abstractNumId w:val="8"/>
  </w:num>
  <w:num w:numId="2" w16cid:durableId="1803424348">
    <w:abstractNumId w:val="6"/>
  </w:num>
  <w:num w:numId="3" w16cid:durableId="625936946">
    <w:abstractNumId w:val="5"/>
  </w:num>
  <w:num w:numId="4" w16cid:durableId="746657214">
    <w:abstractNumId w:val="4"/>
  </w:num>
  <w:num w:numId="5" w16cid:durableId="1770856064">
    <w:abstractNumId w:val="7"/>
  </w:num>
  <w:num w:numId="6" w16cid:durableId="907351115">
    <w:abstractNumId w:val="3"/>
  </w:num>
  <w:num w:numId="7" w16cid:durableId="1136527979">
    <w:abstractNumId w:val="2"/>
  </w:num>
  <w:num w:numId="8" w16cid:durableId="1485317052">
    <w:abstractNumId w:val="1"/>
  </w:num>
  <w:num w:numId="9" w16cid:durableId="2074808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97F"/>
    <w:rsid w:val="0006063C"/>
    <w:rsid w:val="0015074B"/>
    <w:rsid w:val="00206A3E"/>
    <w:rsid w:val="0029639D"/>
    <w:rsid w:val="00323AC4"/>
    <w:rsid w:val="00326F90"/>
    <w:rsid w:val="003302DF"/>
    <w:rsid w:val="0051048B"/>
    <w:rsid w:val="00621FFF"/>
    <w:rsid w:val="006333F0"/>
    <w:rsid w:val="007E54E7"/>
    <w:rsid w:val="00877FEC"/>
    <w:rsid w:val="008A5DB0"/>
    <w:rsid w:val="008D1F5E"/>
    <w:rsid w:val="009248A3"/>
    <w:rsid w:val="009A789C"/>
    <w:rsid w:val="00A41250"/>
    <w:rsid w:val="00A52802"/>
    <w:rsid w:val="00AA1D8D"/>
    <w:rsid w:val="00AE6180"/>
    <w:rsid w:val="00B20BCA"/>
    <w:rsid w:val="00B47730"/>
    <w:rsid w:val="00B77360"/>
    <w:rsid w:val="00C2501F"/>
    <w:rsid w:val="00CB0664"/>
    <w:rsid w:val="00D72D3A"/>
    <w:rsid w:val="00D94AFB"/>
    <w:rsid w:val="00ED2F3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ADA4979"/>
  <w14:defaultImageDpi w14:val="300"/>
  <w15:docId w15:val="{D059685E-3141-4D7C-8D9F-ED5D5C76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Hübscher Marcel</cp:lastModifiedBy>
  <cp:revision>2</cp:revision>
  <dcterms:created xsi:type="dcterms:W3CDTF">2026-08-05T17:22:00Z</dcterms:created>
  <dcterms:modified xsi:type="dcterms:W3CDTF">2026-08-05T17:22:00Z</dcterms:modified>
  <cp:category/>
</cp:coreProperties>
</file>